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95318" w14:textId="65B4D2A8" w:rsidR="00A035F7" w:rsidRPr="00A035F7" w:rsidRDefault="00A035F7">
      <w:pPr>
        <w:jc w:val="center"/>
        <w:rPr>
          <w:b/>
          <w:bCs/>
          <w:sz w:val="28"/>
          <w:szCs w:val="28"/>
          <w:u w:val="single"/>
        </w:rPr>
      </w:pPr>
      <w:r w:rsidRPr="00A035F7">
        <w:rPr>
          <w:b/>
          <w:bCs/>
          <w:sz w:val="28"/>
          <w:szCs w:val="28"/>
          <w:u w:val="single"/>
        </w:rPr>
        <w:t>SGT Dental College, Hospital and Research Institute</w:t>
      </w:r>
    </w:p>
    <w:p w14:paraId="68C22B11" w14:textId="45B4EB07" w:rsidR="00253440" w:rsidRPr="00A035F7" w:rsidRDefault="00000000">
      <w:pPr>
        <w:jc w:val="center"/>
        <w:rPr>
          <w:b/>
          <w:bCs/>
          <w:sz w:val="28"/>
          <w:szCs w:val="28"/>
          <w:u w:val="single"/>
        </w:rPr>
      </w:pPr>
      <w:r w:rsidRPr="00A035F7">
        <w:rPr>
          <w:b/>
          <w:bCs/>
          <w:sz w:val="28"/>
          <w:szCs w:val="28"/>
          <w:u w:val="single"/>
        </w:rPr>
        <w:t>Contact Details of Dean and Heads of Departments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1"/>
        <w:gridCol w:w="2142"/>
        <w:gridCol w:w="3211"/>
        <w:gridCol w:w="3228"/>
        <w:gridCol w:w="1444"/>
      </w:tblGrid>
      <w:tr w:rsidR="00253440" w14:paraId="46740FD9" w14:textId="77777777">
        <w:trPr>
          <w:jc w:val="center"/>
        </w:trPr>
        <w:tc>
          <w:tcPr>
            <w:tcW w:w="648" w:type="dxa"/>
            <w:shd w:val="clear" w:color="auto" w:fill="D9EAF7"/>
            <w:vAlign w:val="center"/>
          </w:tcPr>
          <w:p w14:paraId="7BFB1CD7" w14:textId="77777777" w:rsidR="00253440" w:rsidRDefault="00000000">
            <w:r>
              <w:rPr>
                <w:b/>
                <w:sz w:val="19"/>
              </w:rPr>
              <w:t>S. No.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6B8E52FF" w14:textId="77777777" w:rsidR="00253440" w:rsidRDefault="00000000">
            <w:r>
              <w:rPr>
                <w:b/>
                <w:sz w:val="19"/>
              </w:rPr>
              <w:t>Name</w:t>
            </w:r>
          </w:p>
        </w:tc>
        <w:tc>
          <w:tcPr>
            <w:tcW w:w="3600" w:type="dxa"/>
            <w:shd w:val="clear" w:color="auto" w:fill="D9EAF7"/>
            <w:vAlign w:val="center"/>
          </w:tcPr>
          <w:p w14:paraId="4E12FA3F" w14:textId="77777777" w:rsidR="00253440" w:rsidRDefault="00000000">
            <w:r>
              <w:rPr>
                <w:b/>
                <w:sz w:val="19"/>
              </w:rPr>
              <w:t>Designation / Department</w:t>
            </w:r>
          </w:p>
        </w:tc>
        <w:tc>
          <w:tcPr>
            <w:tcW w:w="3240" w:type="dxa"/>
            <w:shd w:val="clear" w:color="auto" w:fill="D9EAF7"/>
            <w:vAlign w:val="center"/>
          </w:tcPr>
          <w:p w14:paraId="4917153C" w14:textId="77777777" w:rsidR="00253440" w:rsidRDefault="00000000">
            <w:r>
              <w:rPr>
                <w:b/>
                <w:sz w:val="19"/>
              </w:rPr>
              <w:t>E-mail ID</w:t>
            </w:r>
          </w:p>
        </w:tc>
        <w:tc>
          <w:tcPr>
            <w:tcW w:w="1512" w:type="dxa"/>
            <w:shd w:val="clear" w:color="auto" w:fill="D9EAF7"/>
            <w:vAlign w:val="center"/>
          </w:tcPr>
          <w:p w14:paraId="15966A2D" w14:textId="77777777" w:rsidR="00253440" w:rsidRDefault="00000000">
            <w:r>
              <w:rPr>
                <w:b/>
                <w:sz w:val="19"/>
              </w:rPr>
              <w:t>Mobile No.</w:t>
            </w:r>
          </w:p>
        </w:tc>
      </w:tr>
      <w:tr w:rsidR="00253440" w14:paraId="6783118F" w14:textId="77777777">
        <w:trPr>
          <w:jc w:val="center"/>
        </w:trPr>
        <w:tc>
          <w:tcPr>
            <w:tcW w:w="648" w:type="dxa"/>
          </w:tcPr>
          <w:p w14:paraId="6D90C6F4" w14:textId="77777777" w:rsidR="00253440" w:rsidRDefault="00000000">
            <w:r>
              <w:rPr>
                <w:sz w:val="18"/>
              </w:rPr>
              <w:t>1</w:t>
            </w:r>
          </w:p>
        </w:tc>
        <w:tc>
          <w:tcPr>
            <w:tcW w:w="2376" w:type="dxa"/>
          </w:tcPr>
          <w:p w14:paraId="662D77A6" w14:textId="77777777" w:rsidR="00253440" w:rsidRDefault="00000000">
            <w:r>
              <w:rPr>
                <w:sz w:val="18"/>
              </w:rPr>
              <w:t>Dr. Sumit Singh Phukela</w:t>
            </w:r>
          </w:p>
        </w:tc>
        <w:tc>
          <w:tcPr>
            <w:tcW w:w="3600" w:type="dxa"/>
          </w:tcPr>
          <w:p w14:paraId="795402A1" w14:textId="31598BC1" w:rsidR="00253440" w:rsidRDefault="00000000">
            <w:r>
              <w:rPr>
                <w:sz w:val="18"/>
              </w:rPr>
              <w:t xml:space="preserve">Dean, </w:t>
            </w:r>
            <w:r w:rsidR="00A035F7">
              <w:rPr>
                <w:sz w:val="18"/>
              </w:rPr>
              <w:t>SGT Dental College, Hospital and Research Institute.</w:t>
            </w:r>
          </w:p>
        </w:tc>
        <w:tc>
          <w:tcPr>
            <w:tcW w:w="3240" w:type="dxa"/>
          </w:tcPr>
          <w:p w14:paraId="26F5C6D6" w14:textId="6C06B523" w:rsidR="00253440" w:rsidRDefault="00696A40">
            <w:r>
              <w:rPr>
                <w:sz w:val="18"/>
              </w:rPr>
              <w:t>dean.fdsc</w:t>
            </w:r>
            <w:r w:rsidR="00000000">
              <w:rPr>
                <w:sz w:val="18"/>
              </w:rPr>
              <w:t>@sgtuniversity.org</w:t>
            </w:r>
          </w:p>
        </w:tc>
        <w:tc>
          <w:tcPr>
            <w:tcW w:w="1512" w:type="dxa"/>
          </w:tcPr>
          <w:p w14:paraId="3DD9CC65" w14:textId="55DC0B30" w:rsidR="00253440" w:rsidRPr="007D201D" w:rsidRDefault="007D201D">
            <w:pPr>
              <w:rPr>
                <w:sz w:val="18"/>
                <w:szCs w:val="18"/>
              </w:rPr>
            </w:pPr>
            <w:r w:rsidRPr="007D201D">
              <w:rPr>
                <w:sz w:val="18"/>
                <w:szCs w:val="18"/>
              </w:rPr>
              <w:t>8527090272</w:t>
            </w:r>
          </w:p>
        </w:tc>
      </w:tr>
      <w:tr w:rsidR="00253440" w14:paraId="33AD1F2A" w14:textId="77777777">
        <w:trPr>
          <w:jc w:val="center"/>
        </w:trPr>
        <w:tc>
          <w:tcPr>
            <w:tcW w:w="648" w:type="dxa"/>
          </w:tcPr>
          <w:p w14:paraId="2A45971B" w14:textId="77777777" w:rsidR="00253440" w:rsidRDefault="00000000">
            <w:r>
              <w:rPr>
                <w:sz w:val="18"/>
              </w:rPr>
              <w:t>2</w:t>
            </w:r>
          </w:p>
        </w:tc>
        <w:tc>
          <w:tcPr>
            <w:tcW w:w="2376" w:type="dxa"/>
          </w:tcPr>
          <w:p w14:paraId="4AC2BFD3" w14:textId="77777777" w:rsidR="00253440" w:rsidRDefault="00000000">
            <w:r>
              <w:rPr>
                <w:sz w:val="18"/>
              </w:rPr>
              <w:t>Dr. Bhupender Kumar Yadav</w:t>
            </w:r>
          </w:p>
        </w:tc>
        <w:tc>
          <w:tcPr>
            <w:tcW w:w="3600" w:type="dxa"/>
          </w:tcPr>
          <w:p w14:paraId="2C45D367" w14:textId="77777777" w:rsidR="00253440" w:rsidRDefault="00000000">
            <w:r>
              <w:rPr>
                <w:sz w:val="18"/>
              </w:rPr>
              <w:t>Prosthodontics &amp; Crown &amp; Bridge</w:t>
            </w:r>
          </w:p>
        </w:tc>
        <w:tc>
          <w:tcPr>
            <w:tcW w:w="3240" w:type="dxa"/>
          </w:tcPr>
          <w:p w14:paraId="0DCBD06A" w14:textId="77777777" w:rsidR="00253440" w:rsidRDefault="00000000">
            <w:r>
              <w:rPr>
                <w:sz w:val="18"/>
              </w:rPr>
              <w:t>bhupender.yadav@sgtuniversity.org</w:t>
            </w:r>
          </w:p>
        </w:tc>
        <w:tc>
          <w:tcPr>
            <w:tcW w:w="1512" w:type="dxa"/>
          </w:tcPr>
          <w:p w14:paraId="5F073C9C" w14:textId="77777777" w:rsidR="00253440" w:rsidRDefault="00000000">
            <w:r>
              <w:rPr>
                <w:sz w:val="18"/>
              </w:rPr>
              <w:t>9716111561</w:t>
            </w:r>
          </w:p>
        </w:tc>
      </w:tr>
      <w:tr w:rsidR="00253440" w14:paraId="40BD0DDB" w14:textId="77777777">
        <w:trPr>
          <w:jc w:val="center"/>
        </w:trPr>
        <w:tc>
          <w:tcPr>
            <w:tcW w:w="648" w:type="dxa"/>
          </w:tcPr>
          <w:p w14:paraId="139156B7" w14:textId="77777777" w:rsidR="00253440" w:rsidRDefault="00000000">
            <w:r>
              <w:rPr>
                <w:sz w:val="18"/>
              </w:rPr>
              <w:t>3</w:t>
            </w:r>
          </w:p>
        </w:tc>
        <w:tc>
          <w:tcPr>
            <w:tcW w:w="2376" w:type="dxa"/>
          </w:tcPr>
          <w:p w14:paraId="49B876C2" w14:textId="77777777" w:rsidR="00253440" w:rsidRDefault="00000000">
            <w:r>
              <w:rPr>
                <w:sz w:val="18"/>
              </w:rPr>
              <w:t>Dr. Tarun Kumar</w:t>
            </w:r>
          </w:p>
        </w:tc>
        <w:tc>
          <w:tcPr>
            <w:tcW w:w="3600" w:type="dxa"/>
          </w:tcPr>
          <w:p w14:paraId="44B0C6DE" w14:textId="77777777" w:rsidR="00253440" w:rsidRDefault="00000000">
            <w:r>
              <w:rPr>
                <w:sz w:val="18"/>
              </w:rPr>
              <w:t>Orthodontics &amp; Dentofacial Orthopedics</w:t>
            </w:r>
          </w:p>
        </w:tc>
        <w:tc>
          <w:tcPr>
            <w:tcW w:w="3240" w:type="dxa"/>
          </w:tcPr>
          <w:p w14:paraId="4CCA1D0C" w14:textId="77777777" w:rsidR="00253440" w:rsidRDefault="00000000">
            <w:r>
              <w:rPr>
                <w:sz w:val="18"/>
              </w:rPr>
              <w:t>tarun_fds@sgtuniversity.org</w:t>
            </w:r>
          </w:p>
        </w:tc>
        <w:tc>
          <w:tcPr>
            <w:tcW w:w="1512" w:type="dxa"/>
          </w:tcPr>
          <w:p w14:paraId="00C92C81" w14:textId="77777777" w:rsidR="00253440" w:rsidRDefault="00000000">
            <w:r>
              <w:rPr>
                <w:sz w:val="18"/>
              </w:rPr>
              <w:t>8057224334</w:t>
            </w:r>
          </w:p>
        </w:tc>
      </w:tr>
      <w:tr w:rsidR="00253440" w14:paraId="2C6E2FD1" w14:textId="77777777">
        <w:trPr>
          <w:jc w:val="center"/>
        </w:trPr>
        <w:tc>
          <w:tcPr>
            <w:tcW w:w="648" w:type="dxa"/>
          </w:tcPr>
          <w:p w14:paraId="2FC95EDB" w14:textId="77777777" w:rsidR="00253440" w:rsidRDefault="00000000">
            <w:r>
              <w:rPr>
                <w:sz w:val="18"/>
              </w:rPr>
              <w:t>4</w:t>
            </w:r>
          </w:p>
        </w:tc>
        <w:tc>
          <w:tcPr>
            <w:tcW w:w="2376" w:type="dxa"/>
          </w:tcPr>
          <w:p w14:paraId="5B48C3C2" w14:textId="77777777" w:rsidR="00253440" w:rsidRDefault="00000000">
            <w:r>
              <w:rPr>
                <w:sz w:val="18"/>
              </w:rPr>
              <w:t>Dr. Sumeet Sharma</w:t>
            </w:r>
          </w:p>
        </w:tc>
        <w:tc>
          <w:tcPr>
            <w:tcW w:w="3600" w:type="dxa"/>
          </w:tcPr>
          <w:p w14:paraId="118ADF44" w14:textId="77777777" w:rsidR="00253440" w:rsidRDefault="00000000">
            <w:r>
              <w:rPr>
                <w:sz w:val="18"/>
              </w:rPr>
              <w:t>Conservative Dentistry &amp; Endodontics</w:t>
            </w:r>
          </w:p>
        </w:tc>
        <w:tc>
          <w:tcPr>
            <w:tcW w:w="3240" w:type="dxa"/>
          </w:tcPr>
          <w:p w14:paraId="17A3FBDD" w14:textId="77777777" w:rsidR="00253440" w:rsidRDefault="00000000">
            <w:r>
              <w:rPr>
                <w:sz w:val="18"/>
              </w:rPr>
              <w:t>drsharma.endo_fds@sgtuniversity.org</w:t>
            </w:r>
          </w:p>
        </w:tc>
        <w:tc>
          <w:tcPr>
            <w:tcW w:w="1512" w:type="dxa"/>
          </w:tcPr>
          <w:p w14:paraId="0901FDB1" w14:textId="77777777" w:rsidR="00253440" w:rsidRDefault="00000000">
            <w:r>
              <w:rPr>
                <w:sz w:val="18"/>
              </w:rPr>
              <w:t>9873122335</w:t>
            </w:r>
          </w:p>
        </w:tc>
      </w:tr>
      <w:tr w:rsidR="00253440" w14:paraId="4C56986D" w14:textId="77777777">
        <w:trPr>
          <w:jc w:val="center"/>
        </w:trPr>
        <w:tc>
          <w:tcPr>
            <w:tcW w:w="648" w:type="dxa"/>
          </w:tcPr>
          <w:p w14:paraId="1A2D2777" w14:textId="77777777" w:rsidR="00253440" w:rsidRDefault="00000000">
            <w:r>
              <w:rPr>
                <w:sz w:val="18"/>
              </w:rPr>
              <w:t>5</w:t>
            </w:r>
          </w:p>
        </w:tc>
        <w:tc>
          <w:tcPr>
            <w:tcW w:w="2376" w:type="dxa"/>
          </w:tcPr>
          <w:p w14:paraId="514FBF18" w14:textId="77777777" w:rsidR="00253440" w:rsidRDefault="00000000">
            <w:r>
              <w:rPr>
                <w:sz w:val="18"/>
              </w:rPr>
              <w:t>Dr. Varun Arya</w:t>
            </w:r>
          </w:p>
        </w:tc>
        <w:tc>
          <w:tcPr>
            <w:tcW w:w="3600" w:type="dxa"/>
          </w:tcPr>
          <w:p w14:paraId="7B62E4C4" w14:textId="77777777" w:rsidR="00253440" w:rsidRDefault="00000000">
            <w:r>
              <w:rPr>
                <w:sz w:val="18"/>
              </w:rPr>
              <w:t>Oral &amp; Maxillofacial Surgery</w:t>
            </w:r>
          </w:p>
        </w:tc>
        <w:tc>
          <w:tcPr>
            <w:tcW w:w="3240" w:type="dxa"/>
          </w:tcPr>
          <w:p w14:paraId="1BEF265F" w14:textId="77777777" w:rsidR="00253440" w:rsidRDefault="00000000">
            <w:r>
              <w:rPr>
                <w:sz w:val="18"/>
              </w:rPr>
              <w:t>varun.arya@sgtuniversity.org</w:t>
            </w:r>
          </w:p>
        </w:tc>
        <w:tc>
          <w:tcPr>
            <w:tcW w:w="1512" w:type="dxa"/>
          </w:tcPr>
          <w:p w14:paraId="409FC508" w14:textId="77777777" w:rsidR="00253440" w:rsidRDefault="00000000">
            <w:r>
              <w:rPr>
                <w:sz w:val="18"/>
              </w:rPr>
              <w:t>9873417377</w:t>
            </w:r>
          </w:p>
        </w:tc>
      </w:tr>
      <w:tr w:rsidR="00253440" w14:paraId="05ED5503" w14:textId="77777777">
        <w:trPr>
          <w:jc w:val="center"/>
        </w:trPr>
        <w:tc>
          <w:tcPr>
            <w:tcW w:w="648" w:type="dxa"/>
          </w:tcPr>
          <w:p w14:paraId="3122633E" w14:textId="77777777" w:rsidR="00253440" w:rsidRDefault="00000000">
            <w:r>
              <w:rPr>
                <w:sz w:val="18"/>
              </w:rPr>
              <w:t>6</w:t>
            </w:r>
          </w:p>
        </w:tc>
        <w:tc>
          <w:tcPr>
            <w:tcW w:w="2376" w:type="dxa"/>
          </w:tcPr>
          <w:p w14:paraId="0F460C9B" w14:textId="77777777" w:rsidR="00253440" w:rsidRDefault="00000000">
            <w:r>
              <w:rPr>
                <w:sz w:val="18"/>
              </w:rPr>
              <w:t>Dr. Anil Gupta</w:t>
            </w:r>
          </w:p>
        </w:tc>
        <w:tc>
          <w:tcPr>
            <w:tcW w:w="3600" w:type="dxa"/>
          </w:tcPr>
          <w:p w14:paraId="0D5E49F0" w14:textId="77777777" w:rsidR="00253440" w:rsidRDefault="00000000">
            <w:r>
              <w:rPr>
                <w:sz w:val="18"/>
              </w:rPr>
              <w:t>Pediatric &amp; Preventive Dentistry</w:t>
            </w:r>
          </w:p>
        </w:tc>
        <w:tc>
          <w:tcPr>
            <w:tcW w:w="3240" w:type="dxa"/>
          </w:tcPr>
          <w:p w14:paraId="7547356E" w14:textId="77777777" w:rsidR="00253440" w:rsidRDefault="00000000">
            <w:r>
              <w:rPr>
                <w:sz w:val="18"/>
              </w:rPr>
              <w:t>anil.gupta@sgtuniversity.org</w:t>
            </w:r>
          </w:p>
        </w:tc>
        <w:tc>
          <w:tcPr>
            <w:tcW w:w="1512" w:type="dxa"/>
          </w:tcPr>
          <w:p w14:paraId="47D9B479" w14:textId="77777777" w:rsidR="00253440" w:rsidRDefault="00000000">
            <w:r>
              <w:rPr>
                <w:sz w:val="18"/>
              </w:rPr>
              <w:t>9899039805</w:t>
            </w:r>
          </w:p>
        </w:tc>
      </w:tr>
      <w:tr w:rsidR="00253440" w14:paraId="3A735D21" w14:textId="77777777">
        <w:trPr>
          <w:jc w:val="center"/>
        </w:trPr>
        <w:tc>
          <w:tcPr>
            <w:tcW w:w="648" w:type="dxa"/>
          </w:tcPr>
          <w:p w14:paraId="7CE2F967" w14:textId="77777777" w:rsidR="00253440" w:rsidRDefault="00000000">
            <w:r>
              <w:rPr>
                <w:sz w:val="18"/>
              </w:rPr>
              <w:t>7</w:t>
            </w:r>
          </w:p>
        </w:tc>
        <w:tc>
          <w:tcPr>
            <w:tcW w:w="2376" w:type="dxa"/>
          </w:tcPr>
          <w:p w14:paraId="2A86CFCB" w14:textId="77777777" w:rsidR="00253440" w:rsidRDefault="00000000">
            <w:r>
              <w:rPr>
                <w:sz w:val="18"/>
              </w:rPr>
              <w:t>Dr. Puneeta Vohra</w:t>
            </w:r>
          </w:p>
        </w:tc>
        <w:tc>
          <w:tcPr>
            <w:tcW w:w="3600" w:type="dxa"/>
          </w:tcPr>
          <w:p w14:paraId="10DE5D77" w14:textId="77777777" w:rsidR="00253440" w:rsidRDefault="00000000">
            <w:r>
              <w:rPr>
                <w:sz w:val="18"/>
              </w:rPr>
              <w:t>Oral Medicine &amp; Radiology</w:t>
            </w:r>
          </w:p>
        </w:tc>
        <w:tc>
          <w:tcPr>
            <w:tcW w:w="3240" w:type="dxa"/>
          </w:tcPr>
          <w:p w14:paraId="3DB452FB" w14:textId="77777777" w:rsidR="00253440" w:rsidRDefault="00000000">
            <w:r>
              <w:rPr>
                <w:sz w:val="18"/>
              </w:rPr>
              <w:t>puneeta.vohra@sgtuniversity.org</w:t>
            </w:r>
          </w:p>
        </w:tc>
        <w:tc>
          <w:tcPr>
            <w:tcW w:w="1512" w:type="dxa"/>
          </w:tcPr>
          <w:p w14:paraId="49E03C3A" w14:textId="77777777" w:rsidR="00253440" w:rsidRDefault="00000000">
            <w:r>
              <w:rPr>
                <w:sz w:val="18"/>
              </w:rPr>
              <w:t>9711083500</w:t>
            </w:r>
          </w:p>
        </w:tc>
      </w:tr>
      <w:tr w:rsidR="00253440" w14:paraId="527B21D2" w14:textId="77777777">
        <w:trPr>
          <w:jc w:val="center"/>
        </w:trPr>
        <w:tc>
          <w:tcPr>
            <w:tcW w:w="648" w:type="dxa"/>
          </w:tcPr>
          <w:p w14:paraId="76C88F94" w14:textId="77777777" w:rsidR="00253440" w:rsidRDefault="00000000">
            <w:r>
              <w:rPr>
                <w:sz w:val="18"/>
              </w:rPr>
              <w:t>8</w:t>
            </w:r>
          </w:p>
        </w:tc>
        <w:tc>
          <w:tcPr>
            <w:tcW w:w="2376" w:type="dxa"/>
          </w:tcPr>
          <w:p w14:paraId="073923BE" w14:textId="77777777" w:rsidR="00253440" w:rsidRDefault="00000000">
            <w:r>
              <w:rPr>
                <w:sz w:val="18"/>
              </w:rPr>
              <w:t>Dr. Vidushi Sheokand</w:t>
            </w:r>
          </w:p>
        </w:tc>
        <w:tc>
          <w:tcPr>
            <w:tcW w:w="3600" w:type="dxa"/>
          </w:tcPr>
          <w:p w14:paraId="361CF6FB" w14:textId="77777777" w:rsidR="00253440" w:rsidRDefault="00000000">
            <w:r>
              <w:rPr>
                <w:sz w:val="18"/>
              </w:rPr>
              <w:t>Periodontology</w:t>
            </w:r>
          </w:p>
        </w:tc>
        <w:tc>
          <w:tcPr>
            <w:tcW w:w="3240" w:type="dxa"/>
          </w:tcPr>
          <w:p w14:paraId="103BD58D" w14:textId="77777777" w:rsidR="00253440" w:rsidRDefault="00000000">
            <w:r>
              <w:rPr>
                <w:sz w:val="18"/>
              </w:rPr>
              <w:t>vidushi.sheokand@sgtuniversity.org</w:t>
            </w:r>
          </w:p>
        </w:tc>
        <w:tc>
          <w:tcPr>
            <w:tcW w:w="1512" w:type="dxa"/>
          </w:tcPr>
          <w:p w14:paraId="627C37F2" w14:textId="77777777" w:rsidR="00253440" w:rsidRDefault="00000000">
            <w:r>
              <w:rPr>
                <w:sz w:val="18"/>
              </w:rPr>
              <w:t>8130132666</w:t>
            </w:r>
          </w:p>
        </w:tc>
      </w:tr>
      <w:tr w:rsidR="00253440" w14:paraId="130915C9" w14:textId="77777777">
        <w:trPr>
          <w:jc w:val="center"/>
        </w:trPr>
        <w:tc>
          <w:tcPr>
            <w:tcW w:w="648" w:type="dxa"/>
          </w:tcPr>
          <w:p w14:paraId="58CD4623" w14:textId="77777777" w:rsidR="00253440" w:rsidRDefault="00000000">
            <w:r>
              <w:rPr>
                <w:sz w:val="18"/>
              </w:rPr>
              <w:t>9</w:t>
            </w:r>
          </w:p>
        </w:tc>
        <w:tc>
          <w:tcPr>
            <w:tcW w:w="2376" w:type="dxa"/>
          </w:tcPr>
          <w:p w14:paraId="5608862E" w14:textId="77777777" w:rsidR="00253440" w:rsidRDefault="00000000">
            <w:r>
              <w:rPr>
                <w:sz w:val="18"/>
              </w:rPr>
              <w:t>Dr. Meenakshi Chopra</w:t>
            </w:r>
          </w:p>
        </w:tc>
        <w:tc>
          <w:tcPr>
            <w:tcW w:w="3600" w:type="dxa"/>
          </w:tcPr>
          <w:p w14:paraId="201067E8" w14:textId="77777777" w:rsidR="00253440" w:rsidRDefault="00000000">
            <w:r>
              <w:rPr>
                <w:sz w:val="18"/>
              </w:rPr>
              <w:t>Public Health Dentistry</w:t>
            </w:r>
          </w:p>
        </w:tc>
        <w:tc>
          <w:tcPr>
            <w:tcW w:w="3240" w:type="dxa"/>
          </w:tcPr>
          <w:p w14:paraId="306EF6EA" w14:textId="77777777" w:rsidR="00253440" w:rsidRDefault="00000000">
            <w:r>
              <w:rPr>
                <w:sz w:val="18"/>
              </w:rPr>
              <w:t>meenakshichopra_fds@sgtuniversity.org</w:t>
            </w:r>
          </w:p>
        </w:tc>
        <w:tc>
          <w:tcPr>
            <w:tcW w:w="1512" w:type="dxa"/>
          </w:tcPr>
          <w:p w14:paraId="2C033B5C" w14:textId="77777777" w:rsidR="00253440" w:rsidRDefault="00000000">
            <w:r>
              <w:rPr>
                <w:sz w:val="18"/>
              </w:rPr>
              <w:t>9467019900</w:t>
            </w:r>
          </w:p>
        </w:tc>
      </w:tr>
      <w:tr w:rsidR="00253440" w14:paraId="602A880C" w14:textId="77777777">
        <w:trPr>
          <w:jc w:val="center"/>
        </w:trPr>
        <w:tc>
          <w:tcPr>
            <w:tcW w:w="648" w:type="dxa"/>
          </w:tcPr>
          <w:p w14:paraId="5E957FEF" w14:textId="77777777" w:rsidR="00253440" w:rsidRDefault="00000000">
            <w:r>
              <w:rPr>
                <w:sz w:val="18"/>
              </w:rPr>
              <w:t>10</w:t>
            </w:r>
          </w:p>
        </w:tc>
        <w:tc>
          <w:tcPr>
            <w:tcW w:w="2376" w:type="dxa"/>
          </w:tcPr>
          <w:p w14:paraId="2859CB58" w14:textId="77777777" w:rsidR="00253440" w:rsidRDefault="00000000">
            <w:r>
              <w:rPr>
                <w:sz w:val="18"/>
              </w:rPr>
              <w:t>Dr. Aparna Dave</w:t>
            </w:r>
          </w:p>
        </w:tc>
        <w:tc>
          <w:tcPr>
            <w:tcW w:w="3600" w:type="dxa"/>
          </w:tcPr>
          <w:p w14:paraId="17DAA871" w14:textId="77777777" w:rsidR="00253440" w:rsidRDefault="00000000">
            <w:r>
              <w:rPr>
                <w:sz w:val="18"/>
              </w:rPr>
              <w:t>Oral &amp; Maxillofacial Pathology and Oral Microbiology</w:t>
            </w:r>
          </w:p>
        </w:tc>
        <w:tc>
          <w:tcPr>
            <w:tcW w:w="3240" w:type="dxa"/>
          </w:tcPr>
          <w:p w14:paraId="3A7CB6BE" w14:textId="77777777" w:rsidR="00253440" w:rsidRDefault="00000000">
            <w:r>
              <w:rPr>
                <w:sz w:val="18"/>
              </w:rPr>
              <w:t>aparna.dave@sgtuniversity.org</w:t>
            </w:r>
          </w:p>
        </w:tc>
        <w:tc>
          <w:tcPr>
            <w:tcW w:w="1512" w:type="dxa"/>
          </w:tcPr>
          <w:p w14:paraId="5D7B59A2" w14:textId="77777777" w:rsidR="00253440" w:rsidRDefault="00000000">
            <w:r>
              <w:rPr>
                <w:sz w:val="18"/>
              </w:rPr>
              <w:t>9717703007</w:t>
            </w:r>
          </w:p>
        </w:tc>
      </w:tr>
    </w:tbl>
    <w:p w14:paraId="5AB21949" w14:textId="77777777" w:rsidR="00253440" w:rsidRDefault="00253440"/>
    <w:sectPr w:rsidR="00253440" w:rsidSect="00034616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4022483">
    <w:abstractNumId w:val="8"/>
  </w:num>
  <w:num w:numId="2" w16cid:durableId="951597340">
    <w:abstractNumId w:val="6"/>
  </w:num>
  <w:num w:numId="3" w16cid:durableId="896553341">
    <w:abstractNumId w:val="5"/>
  </w:num>
  <w:num w:numId="4" w16cid:durableId="923075028">
    <w:abstractNumId w:val="4"/>
  </w:num>
  <w:num w:numId="5" w16cid:durableId="340164283">
    <w:abstractNumId w:val="7"/>
  </w:num>
  <w:num w:numId="6" w16cid:durableId="1794784379">
    <w:abstractNumId w:val="3"/>
  </w:num>
  <w:num w:numId="7" w16cid:durableId="387611391">
    <w:abstractNumId w:val="2"/>
  </w:num>
  <w:num w:numId="8" w16cid:durableId="1157724596">
    <w:abstractNumId w:val="1"/>
  </w:num>
  <w:num w:numId="9" w16cid:durableId="33692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324"/>
    <w:rsid w:val="0015074B"/>
    <w:rsid w:val="00240B43"/>
    <w:rsid w:val="00253440"/>
    <w:rsid w:val="0029639D"/>
    <w:rsid w:val="00326F90"/>
    <w:rsid w:val="00642519"/>
    <w:rsid w:val="00672B9C"/>
    <w:rsid w:val="00696A40"/>
    <w:rsid w:val="0078339E"/>
    <w:rsid w:val="007D201D"/>
    <w:rsid w:val="00965A24"/>
    <w:rsid w:val="00995AD1"/>
    <w:rsid w:val="00A035F7"/>
    <w:rsid w:val="00AA1D8D"/>
    <w:rsid w:val="00B47730"/>
    <w:rsid w:val="00C869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1DE4BA"/>
  <w14:defaultImageDpi w14:val="300"/>
  <w15:docId w15:val="{D4A73D69-1470-4BBA-84D6-C7B7F6BE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Drishti P</cp:lastModifiedBy>
  <cp:revision>3</cp:revision>
  <dcterms:created xsi:type="dcterms:W3CDTF">2026-09-28T08:40:00Z</dcterms:created>
  <dcterms:modified xsi:type="dcterms:W3CDTF">2026-09-28T10:08:00Z</dcterms:modified>
  <cp:category/>
</cp:coreProperties>
</file>